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[Ihr Firmenname / Ihr Name]</w:t>
      </w:r>
    </w:p>
    <w:p>
      <w:r>
        <w:rPr>
          <w:color w:val="737373"/>
          <w:sz w:val="16"/>
        </w:rPr>
        <w:t>[Straße und Hausnummer] · [PLZ Ort] · [Telefon] · [E-Mail] · [Website]</w:t>
      </w:r>
    </w:p>
    <w:p/>
    <w:p>
      <w:r>
        <w:rPr>
          <w:sz w:val="20"/>
        </w:rPr>
        <w:t>[Name des Kunden]</w:t>
        <w:br/>
        <w:t>[Straße und Hausnummer]</w:t>
        <w:br/>
        <w:t>[PLZ Ort]</w:t>
      </w:r>
    </w:p>
    <w:p>
      <w:pPr>
        <w:jc w:val="right"/>
      </w:pPr>
      <w:r>
        <w:rPr>
          <w:sz w:val="18"/>
        </w:rPr>
        <w:t>Rechnungs-Nr.: [2026-001]</w:t>
        <w:br/>
        <w:t>Rechnungsdatum: [TT.MM.JJJJ]</w:t>
        <w:br/>
        <w:t>Leistungszeitraum: [TT.MM.JJJJ – TT.MM.JJJJ]</w:t>
        <w:br/>
        <w:t>Steuernummer / USt-IdNr.: [Ihre Steuernummer]</w:t>
      </w:r>
    </w:p>
    <w:p>
      <w:r>
        <w:rPr>
          <w:b/>
          <w:sz w:val="26"/>
        </w:rPr>
        <w:t>Rechnung Nr. [2026-001]</w:t>
      </w:r>
    </w:p>
    <w:p>
      <w:r>
        <w:rPr>
          <w:sz w:val="20"/>
        </w:rPr>
        <w:t>Sehr geehrte Damen und Herren,</w:t>
        <w:br/>
        <w:br/>
        <w:t>wir erlauben uns, Ihnen folgende Leistungen in Rechnung zu stellen:</w:t>
      </w:r>
    </w:p>
    <w:tbl>
      <w:tblPr>
        <w:tblStyle w:val="LightGrid-Accent3"/>
        <w:tblW w:type="auto" w:w="0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1938"/>
          </w:tcPr>
          <w:p>
            <w:r>
              <w:rPr>
                <w:b/>
                <w:sz w:val="18"/>
              </w:rPr>
              <w:t>Pos.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Bezeichnung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Menge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Einzelpreis (€)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Gesamt (€)</w:t>
            </w:r>
          </w:p>
        </w:tc>
      </w:tr>
      <w:tr>
        <w:tc>
          <w:tcPr>
            <w:tcW w:type="dxa" w:w="1938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[z. B. Webdesign / Beratung / Montage]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3 Std.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90,00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270,00</w:t>
            </w:r>
          </w:p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</w:tbl>
    <w:p/>
    <w:p>
      <w:pPr>
        <w:jc w:val="right"/>
      </w:pPr>
      <w:r>
        <w:rPr>
          <w:b/>
          <w:sz w:val="20"/>
        </w:rPr>
        <w:t>Zwischensumme (netto): [Betrag] €</w:t>
        <w:br/>
        <w:t>zzgl. 19 % USt.: [Betrag] €</w:t>
        <w:br/>
        <w:t>Gesamtbetrag (brutto): [Betrag] €</w:t>
      </w:r>
    </w:p>
    <w:p/>
    <w:p>
      <w:r>
        <w:rPr>
          <w:color w:val="737373"/>
          <w:sz w:val="16"/>
        </w:rPr>
        <w:t>Zahlungsziel: Bitte überweisen Sie den Gesamtbetrag ohne Abzug innerhalb von 14 Tagen.</w:t>
        <w:br/>
        <w:t>Bankverbindung: [Bank] · IBAN: [DE00 0000 0000 0000 0000 00] · BIC: [XXXXXXXX]</w:t>
        <w:br/>
        <w:br/>
        <w:t>Kleinunternehmer? Ergänzen Sie: „Gemäß § 19 UStG wird keine Umsatzsteuer berechnet."</w:t>
        <w:br/>
        <w:br/>
        <w:t>Hinweis: Ab 2027 gilt die E-Rechnungspflicht im B2B-Bereich. Strukturierte E-Rechnungen (XRechnung/ZUGFeRD) erstellen Sie kostenlos mit clever-invoice.com.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